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7ECC" w:rsidRPr="00EC01B0" w:rsidRDefault="00EC01B0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EC01B0">
        <w:rPr>
          <w:rFonts w:ascii="Times New Roman" w:hAnsi="Times New Roman" w:cs="Times New Roman"/>
          <w:b/>
          <w:sz w:val="24"/>
          <w:szCs w:val="24"/>
        </w:rPr>
        <w:t>PODNOSITELJ ZAHTJEVA (KORISNIK GROBNOG MJESTA):</w:t>
      </w:r>
    </w:p>
    <w:p w:rsidR="00E17ECC" w:rsidRDefault="00615AEE" w:rsidP="00615AEE">
      <w:pPr>
        <w:spacing w:after="12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Ime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prezime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  <w:r w:rsidR="00EC01B0" w:rsidRPr="00EC01B0">
        <w:rPr>
          <w:rFonts w:ascii="Times New Roman" w:hAnsi="Times New Roman" w:cs="Times New Roman"/>
          <w:sz w:val="24"/>
          <w:szCs w:val="24"/>
        </w:rPr>
        <w:t xml:space="preserve"> ____________________________________</w:t>
      </w:r>
    </w:p>
    <w:p w:rsidR="00615AEE" w:rsidRPr="00EC01B0" w:rsidRDefault="00615AEE" w:rsidP="00615AEE">
      <w:pPr>
        <w:spacing w:after="12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Adresa</w:t>
      </w:r>
      <w:proofErr w:type="spellEnd"/>
      <w:proofErr w:type="gramStart"/>
      <w:r>
        <w:rPr>
          <w:rFonts w:ascii="Times New Roman" w:hAnsi="Times New Roman" w:cs="Times New Roman"/>
          <w:sz w:val="24"/>
          <w:szCs w:val="24"/>
        </w:rPr>
        <w:t>:_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_______________________________</w:t>
      </w:r>
      <w:bookmarkStart w:id="0" w:name="_GoBack"/>
      <w:bookmarkEnd w:id="0"/>
    </w:p>
    <w:p w:rsidR="00E17ECC" w:rsidRPr="00EC01B0" w:rsidRDefault="00EC01B0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EC01B0">
        <w:rPr>
          <w:rFonts w:ascii="Times New Roman" w:hAnsi="Times New Roman" w:cs="Times New Roman"/>
          <w:sz w:val="24"/>
          <w:szCs w:val="24"/>
        </w:rPr>
        <w:t>OIB: ___________________</w:t>
      </w:r>
      <w:proofErr w:type="gramStart"/>
      <w:r w:rsidRPr="00EC01B0">
        <w:rPr>
          <w:rFonts w:ascii="Times New Roman" w:hAnsi="Times New Roman" w:cs="Times New Roman"/>
          <w:sz w:val="24"/>
          <w:szCs w:val="24"/>
        </w:rPr>
        <w:t>_  |</w:t>
      </w:r>
      <w:proofErr w:type="gramEnd"/>
      <w:r w:rsidRPr="00EC01B0">
        <w:rPr>
          <w:rFonts w:ascii="Times New Roman" w:hAnsi="Times New Roman" w:cs="Times New Roman"/>
          <w:sz w:val="24"/>
          <w:szCs w:val="24"/>
        </w:rPr>
        <w:t xml:space="preserve">  Tel/Mob: ____________________</w:t>
      </w:r>
    </w:p>
    <w:p w:rsidR="00E17ECC" w:rsidRPr="00EC01B0" w:rsidRDefault="00EC01B0">
      <w:pPr>
        <w:spacing w:before="240" w:after="120"/>
        <w:rPr>
          <w:rFonts w:ascii="Times New Roman" w:hAnsi="Times New Roman" w:cs="Times New Roman"/>
          <w:sz w:val="24"/>
          <w:szCs w:val="24"/>
        </w:rPr>
      </w:pPr>
      <w:r w:rsidRPr="00EC01B0">
        <w:rPr>
          <w:rFonts w:ascii="Times New Roman" w:hAnsi="Times New Roman" w:cs="Times New Roman"/>
          <w:b/>
          <w:sz w:val="24"/>
          <w:szCs w:val="24"/>
        </w:rPr>
        <w:t>OPĆINA VIŠKOVCI</w:t>
      </w:r>
    </w:p>
    <w:p w:rsidR="00E17ECC" w:rsidRPr="00EC01B0" w:rsidRDefault="00EC01B0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EC01B0">
        <w:rPr>
          <w:rFonts w:ascii="Times New Roman" w:hAnsi="Times New Roman" w:cs="Times New Roman"/>
          <w:b/>
          <w:sz w:val="24"/>
          <w:szCs w:val="24"/>
        </w:rPr>
        <w:t>Jedinstveni upravni odjel</w:t>
      </w:r>
    </w:p>
    <w:p w:rsidR="00E17ECC" w:rsidRPr="00EC01B0" w:rsidRDefault="00EC01B0">
      <w:pPr>
        <w:spacing w:after="12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Grobljanska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26</w:t>
      </w:r>
    </w:p>
    <w:p w:rsidR="00E17ECC" w:rsidRPr="00EC01B0" w:rsidRDefault="00EC01B0">
      <w:pPr>
        <w:spacing w:after="480"/>
        <w:rPr>
          <w:rFonts w:ascii="Times New Roman" w:hAnsi="Times New Roman" w:cs="Times New Roman"/>
          <w:sz w:val="24"/>
          <w:szCs w:val="24"/>
        </w:rPr>
      </w:pPr>
      <w:r w:rsidRPr="00EC01B0">
        <w:rPr>
          <w:rFonts w:ascii="Times New Roman" w:hAnsi="Times New Roman" w:cs="Times New Roman"/>
          <w:sz w:val="24"/>
          <w:szCs w:val="24"/>
        </w:rPr>
        <w:t>31401 Viškovci</w:t>
      </w:r>
    </w:p>
    <w:p w:rsidR="00E17ECC" w:rsidRPr="00EC01B0" w:rsidRDefault="00EC01B0">
      <w:pPr>
        <w:spacing w:after="480"/>
        <w:rPr>
          <w:rFonts w:ascii="Times New Roman" w:hAnsi="Times New Roman" w:cs="Times New Roman"/>
          <w:b/>
          <w:sz w:val="24"/>
          <w:szCs w:val="24"/>
        </w:rPr>
      </w:pPr>
      <w:r w:rsidRPr="00EC01B0">
        <w:rPr>
          <w:rFonts w:ascii="Times New Roman" w:hAnsi="Times New Roman" w:cs="Times New Roman"/>
          <w:b/>
          <w:sz w:val="24"/>
          <w:szCs w:val="24"/>
        </w:rPr>
        <w:t xml:space="preserve">PREDMET: Zahtjev za izdavanje </w:t>
      </w:r>
      <w:proofErr w:type="spellStart"/>
      <w:r w:rsidRPr="00EC01B0">
        <w:rPr>
          <w:rFonts w:ascii="Times New Roman" w:hAnsi="Times New Roman" w:cs="Times New Roman"/>
          <w:b/>
          <w:sz w:val="24"/>
          <w:szCs w:val="24"/>
        </w:rPr>
        <w:t>suglasnosti</w:t>
      </w:r>
      <w:proofErr w:type="spellEnd"/>
      <w:r w:rsidRPr="00EC01B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C01B0">
        <w:rPr>
          <w:rFonts w:ascii="Times New Roman" w:hAnsi="Times New Roman" w:cs="Times New Roman"/>
          <w:b/>
          <w:sz w:val="24"/>
          <w:szCs w:val="24"/>
        </w:rPr>
        <w:t>za</w:t>
      </w:r>
      <w:proofErr w:type="spellEnd"/>
      <w:r w:rsidRPr="00EC01B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C01B0">
        <w:rPr>
          <w:rFonts w:ascii="Times New Roman" w:hAnsi="Times New Roman" w:cs="Times New Roman"/>
          <w:b/>
          <w:sz w:val="24"/>
          <w:szCs w:val="24"/>
        </w:rPr>
        <w:t>izvođenje</w:t>
      </w:r>
      <w:proofErr w:type="spellEnd"/>
      <w:r w:rsidRPr="00EC01B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C01B0">
        <w:rPr>
          <w:rFonts w:ascii="Times New Roman" w:hAnsi="Times New Roman" w:cs="Times New Roman"/>
          <w:b/>
          <w:sz w:val="24"/>
          <w:szCs w:val="24"/>
        </w:rPr>
        <w:t>klesarskih</w:t>
      </w:r>
      <w:proofErr w:type="spellEnd"/>
      <w:r w:rsidRPr="00EC01B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C01B0">
        <w:rPr>
          <w:rFonts w:ascii="Times New Roman" w:hAnsi="Times New Roman" w:cs="Times New Roman"/>
          <w:b/>
          <w:sz w:val="24"/>
          <w:szCs w:val="24"/>
        </w:rPr>
        <w:t>i</w:t>
      </w:r>
      <w:proofErr w:type="spellEnd"/>
      <w:r w:rsidRPr="00EC01B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C01B0">
        <w:rPr>
          <w:rFonts w:ascii="Times New Roman" w:hAnsi="Times New Roman" w:cs="Times New Roman"/>
          <w:b/>
          <w:sz w:val="24"/>
          <w:szCs w:val="24"/>
        </w:rPr>
        <w:t>građevinskih</w:t>
      </w:r>
      <w:proofErr w:type="spellEnd"/>
      <w:r w:rsidRPr="00EC01B0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</w:t>
      </w:r>
      <w:proofErr w:type="spellStart"/>
      <w:r w:rsidRPr="00EC01B0">
        <w:rPr>
          <w:rFonts w:ascii="Times New Roman" w:hAnsi="Times New Roman" w:cs="Times New Roman"/>
          <w:b/>
          <w:sz w:val="24"/>
          <w:szCs w:val="24"/>
        </w:rPr>
        <w:t>radova</w:t>
      </w:r>
      <w:proofErr w:type="spellEnd"/>
      <w:r w:rsidRPr="00EC01B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proofErr w:type="gramStart"/>
      <w:r w:rsidRPr="00EC01B0">
        <w:rPr>
          <w:rFonts w:ascii="Times New Roman" w:hAnsi="Times New Roman" w:cs="Times New Roman"/>
          <w:b/>
          <w:sz w:val="24"/>
          <w:szCs w:val="24"/>
        </w:rPr>
        <w:t>na</w:t>
      </w:r>
      <w:proofErr w:type="spellEnd"/>
      <w:proofErr w:type="gramEnd"/>
      <w:r w:rsidRPr="00EC01B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C01B0">
        <w:rPr>
          <w:rFonts w:ascii="Times New Roman" w:hAnsi="Times New Roman" w:cs="Times New Roman"/>
          <w:b/>
          <w:sz w:val="24"/>
          <w:szCs w:val="24"/>
        </w:rPr>
        <w:t>groblju</w:t>
      </w:r>
      <w:proofErr w:type="spellEnd"/>
    </w:p>
    <w:p w:rsidR="00E17ECC" w:rsidRPr="00EC01B0" w:rsidRDefault="00EC01B0">
      <w:pPr>
        <w:spacing w:after="240"/>
        <w:rPr>
          <w:rFonts w:ascii="Times New Roman" w:hAnsi="Times New Roman" w:cs="Times New Roman"/>
          <w:sz w:val="24"/>
          <w:szCs w:val="24"/>
        </w:rPr>
      </w:pPr>
      <w:proofErr w:type="gramStart"/>
      <w:r w:rsidRPr="00EC01B0">
        <w:rPr>
          <w:rFonts w:ascii="Times New Roman" w:hAnsi="Times New Roman" w:cs="Times New Roman"/>
          <w:i/>
          <w:sz w:val="24"/>
          <w:szCs w:val="24"/>
        </w:rPr>
        <w:t>Na temelju članka 15.</w:t>
      </w:r>
      <w:proofErr w:type="gramEnd"/>
      <w:r w:rsidRPr="00EC01B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gramStart"/>
      <w:r w:rsidRPr="00EC01B0">
        <w:rPr>
          <w:rFonts w:ascii="Times New Roman" w:hAnsi="Times New Roman" w:cs="Times New Roman"/>
          <w:i/>
          <w:sz w:val="24"/>
          <w:szCs w:val="24"/>
        </w:rPr>
        <w:t>stavka</w:t>
      </w:r>
      <w:proofErr w:type="gramEnd"/>
      <w:r w:rsidRPr="00EC01B0">
        <w:rPr>
          <w:rFonts w:ascii="Times New Roman" w:hAnsi="Times New Roman" w:cs="Times New Roman"/>
          <w:i/>
          <w:sz w:val="24"/>
          <w:szCs w:val="24"/>
        </w:rPr>
        <w:t xml:space="preserve"> 5. </w:t>
      </w:r>
      <w:proofErr w:type="spellStart"/>
      <w:r w:rsidRPr="00EC01B0">
        <w:rPr>
          <w:rFonts w:ascii="Times New Roman" w:hAnsi="Times New Roman" w:cs="Times New Roman"/>
          <w:i/>
          <w:sz w:val="24"/>
          <w:szCs w:val="24"/>
        </w:rPr>
        <w:t>Zakona</w:t>
      </w:r>
      <w:proofErr w:type="spellEnd"/>
      <w:r w:rsidRPr="00EC01B0">
        <w:rPr>
          <w:rFonts w:ascii="Times New Roman" w:hAnsi="Times New Roman" w:cs="Times New Roman"/>
          <w:i/>
          <w:sz w:val="24"/>
          <w:szCs w:val="24"/>
        </w:rPr>
        <w:t xml:space="preserve"> o </w:t>
      </w:r>
      <w:proofErr w:type="spellStart"/>
      <w:r w:rsidRPr="00EC01B0">
        <w:rPr>
          <w:rFonts w:ascii="Times New Roman" w:hAnsi="Times New Roman" w:cs="Times New Roman"/>
          <w:i/>
          <w:sz w:val="24"/>
          <w:szCs w:val="24"/>
        </w:rPr>
        <w:t>grobljima</w:t>
      </w:r>
      <w:proofErr w:type="spellEnd"/>
      <w:r w:rsidR="00615AEE">
        <w:rPr>
          <w:rFonts w:ascii="Times New Roman" w:hAnsi="Times New Roman" w:cs="Times New Roman"/>
          <w:i/>
          <w:sz w:val="24"/>
          <w:szCs w:val="24"/>
        </w:rPr>
        <w:t xml:space="preserve"> (“</w:t>
      </w:r>
      <w:proofErr w:type="spellStart"/>
      <w:r w:rsidR="00615AEE">
        <w:rPr>
          <w:rFonts w:ascii="Times New Roman" w:hAnsi="Times New Roman" w:cs="Times New Roman"/>
          <w:i/>
          <w:sz w:val="24"/>
          <w:szCs w:val="24"/>
        </w:rPr>
        <w:t>Narodne</w:t>
      </w:r>
      <w:proofErr w:type="spellEnd"/>
      <w:r w:rsidR="00615AE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615AEE">
        <w:rPr>
          <w:rFonts w:ascii="Times New Roman" w:hAnsi="Times New Roman" w:cs="Times New Roman"/>
          <w:i/>
          <w:sz w:val="24"/>
          <w:szCs w:val="24"/>
        </w:rPr>
        <w:t>novine</w:t>
      </w:r>
      <w:proofErr w:type="spellEnd"/>
      <w:r w:rsidR="00615AEE">
        <w:rPr>
          <w:rFonts w:ascii="Times New Roman" w:hAnsi="Times New Roman" w:cs="Times New Roman"/>
          <w:i/>
          <w:sz w:val="24"/>
          <w:szCs w:val="24"/>
        </w:rPr>
        <w:t xml:space="preserve">” br. 78/25 </w:t>
      </w:r>
      <w:proofErr w:type="spellStart"/>
      <w:r w:rsidR="00615AEE">
        <w:rPr>
          <w:rFonts w:ascii="Times New Roman" w:hAnsi="Times New Roman" w:cs="Times New Roman"/>
          <w:i/>
          <w:sz w:val="24"/>
          <w:szCs w:val="24"/>
        </w:rPr>
        <w:t>i</w:t>
      </w:r>
      <w:proofErr w:type="spellEnd"/>
      <w:r w:rsidR="00615AEE">
        <w:rPr>
          <w:rFonts w:ascii="Times New Roman" w:hAnsi="Times New Roman" w:cs="Times New Roman"/>
          <w:i/>
          <w:sz w:val="24"/>
          <w:szCs w:val="24"/>
        </w:rPr>
        <w:t xml:space="preserve"> 80/25)</w:t>
      </w:r>
      <w:r w:rsidRPr="00EC01B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01B0">
        <w:rPr>
          <w:rFonts w:ascii="Times New Roman" w:hAnsi="Times New Roman" w:cs="Times New Roman"/>
          <w:i/>
          <w:sz w:val="24"/>
          <w:szCs w:val="24"/>
        </w:rPr>
        <w:t>te</w:t>
      </w:r>
      <w:proofErr w:type="spellEnd"/>
      <w:r w:rsidRPr="00EC01B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615AEE">
        <w:rPr>
          <w:rFonts w:ascii="Times New Roman" w:hAnsi="Times New Roman" w:cs="Times New Roman"/>
          <w:i/>
          <w:sz w:val="24"/>
          <w:szCs w:val="24"/>
        </w:rPr>
        <w:t>članka</w:t>
      </w:r>
      <w:proofErr w:type="spellEnd"/>
      <w:r w:rsidR="00615AE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gramStart"/>
      <w:r w:rsidR="00615AEE">
        <w:rPr>
          <w:rFonts w:ascii="Times New Roman" w:hAnsi="Times New Roman" w:cs="Times New Roman"/>
          <w:i/>
          <w:sz w:val="24"/>
          <w:szCs w:val="24"/>
        </w:rPr>
        <w:t>26.,</w:t>
      </w:r>
      <w:proofErr w:type="gramEnd"/>
      <w:r w:rsidR="00615AEE">
        <w:rPr>
          <w:rFonts w:ascii="Times New Roman" w:hAnsi="Times New Roman" w:cs="Times New Roman"/>
          <w:i/>
          <w:sz w:val="24"/>
          <w:szCs w:val="24"/>
        </w:rPr>
        <w:t xml:space="preserve"> Stavka 1.</w:t>
      </w:r>
      <w:r w:rsidRPr="00EC01B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01B0">
        <w:rPr>
          <w:rFonts w:ascii="Times New Roman" w:hAnsi="Times New Roman" w:cs="Times New Roman"/>
          <w:i/>
          <w:sz w:val="24"/>
          <w:szCs w:val="24"/>
        </w:rPr>
        <w:t>Odluke</w:t>
      </w:r>
      <w:proofErr w:type="spellEnd"/>
      <w:r w:rsidRPr="00EC01B0">
        <w:rPr>
          <w:rFonts w:ascii="Times New Roman" w:hAnsi="Times New Roman" w:cs="Times New Roman"/>
          <w:i/>
          <w:sz w:val="24"/>
          <w:szCs w:val="24"/>
        </w:rPr>
        <w:t xml:space="preserve"> o </w:t>
      </w:r>
      <w:proofErr w:type="spellStart"/>
      <w:r w:rsidRPr="00EC01B0">
        <w:rPr>
          <w:rFonts w:ascii="Times New Roman" w:hAnsi="Times New Roman" w:cs="Times New Roman"/>
          <w:i/>
          <w:sz w:val="24"/>
          <w:szCs w:val="24"/>
        </w:rPr>
        <w:t>grobljima</w:t>
      </w:r>
      <w:proofErr w:type="spellEnd"/>
      <w:r w:rsidRPr="00EC01B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proofErr w:type="gramStart"/>
      <w:r w:rsidR="00615AEE">
        <w:rPr>
          <w:rFonts w:ascii="Times New Roman" w:hAnsi="Times New Roman" w:cs="Times New Roman"/>
          <w:i/>
          <w:sz w:val="24"/>
          <w:szCs w:val="24"/>
        </w:rPr>
        <w:t>na</w:t>
      </w:r>
      <w:proofErr w:type="spellEnd"/>
      <w:proofErr w:type="gramEnd"/>
      <w:r w:rsidR="00615AE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615AEE">
        <w:rPr>
          <w:rFonts w:ascii="Times New Roman" w:hAnsi="Times New Roman" w:cs="Times New Roman"/>
          <w:i/>
          <w:sz w:val="24"/>
          <w:szCs w:val="24"/>
        </w:rPr>
        <w:t>području</w:t>
      </w:r>
      <w:proofErr w:type="spellEnd"/>
      <w:r w:rsidR="00615AE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01B0">
        <w:rPr>
          <w:rFonts w:ascii="Times New Roman" w:hAnsi="Times New Roman" w:cs="Times New Roman"/>
          <w:i/>
          <w:sz w:val="24"/>
          <w:szCs w:val="24"/>
        </w:rPr>
        <w:t>Općine</w:t>
      </w:r>
      <w:proofErr w:type="spellEnd"/>
      <w:r w:rsidRPr="00EC01B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01B0">
        <w:rPr>
          <w:rFonts w:ascii="Times New Roman" w:hAnsi="Times New Roman" w:cs="Times New Roman"/>
          <w:i/>
          <w:sz w:val="24"/>
          <w:szCs w:val="24"/>
        </w:rPr>
        <w:t>Viškovc</w:t>
      </w:r>
      <w:proofErr w:type="spellEnd"/>
      <w:r w:rsidR="00615AEE">
        <w:rPr>
          <w:rFonts w:ascii="Times New Roman" w:hAnsi="Times New Roman" w:cs="Times New Roman"/>
          <w:i/>
          <w:sz w:val="24"/>
          <w:szCs w:val="24"/>
        </w:rPr>
        <w:t xml:space="preserve"> (</w:t>
      </w:r>
      <w:proofErr w:type="spellStart"/>
      <w:r w:rsidR="00615AEE">
        <w:rPr>
          <w:rFonts w:ascii="Times New Roman" w:hAnsi="Times New Roman" w:cs="Times New Roman"/>
          <w:i/>
          <w:sz w:val="24"/>
          <w:szCs w:val="24"/>
        </w:rPr>
        <w:t>Službeni</w:t>
      </w:r>
      <w:proofErr w:type="spellEnd"/>
      <w:r w:rsidR="00615AE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615AEE">
        <w:rPr>
          <w:rFonts w:ascii="Times New Roman" w:hAnsi="Times New Roman" w:cs="Times New Roman"/>
          <w:i/>
          <w:sz w:val="24"/>
          <w:szCs w:val="24"/>
        </w:rPr>
        <w:t>glasnik</w:t>
      </w:r>
      <w:proofErr w:type="spellEnd"/>
      <w:r w:rsidR="00615AE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615AEE">
        <w:rPr>
          <w:rFonts w:ascii="Times New Roman" w:hAnsi="Times New Roman" w:cs="Times New Roman"/>
          <w:i/>
          <w:sz w:val="24"/>
          <w:szCs w:val="24"/>
        </w:rPr>
        <w:t>Općine</w:t>
      </w:r>
      <w:proofErr w:type="spellEnd"/>
      <w:r w:rsidR="00615AEE">
        <w:rPr>
          <w:rFonts w:ascii="Times New Roman" w:hAnsi="Times New Roman" w:cs="Times New Roman"/>
          <w:i/>
          <w:sz w:val="24"/>
          <w:szCs w:val="24"/>
        </w:rPr>
        <w:t xml:space="preserve"> Viškovci </w:t>
      </w:r>
      <w:proofErr w:type="spellStart"/>
      <w:r w:rsidR="00615AEE">
        <w:rPr>
          <w:rFonts w:ascii="Times New Roman" w:hAnsi="Times New Roman" w:cs="Times New Roman"/>
          <w:i/>
          <w:sz w:val="24"/>
          <w:szCs w:val="24"/>
        </w:rPr>
        <w:t>broj</w:t>
      </w:r>
      <w:proofErr w:type="spellEnd"/>
      <w:r w:rsidR="00615AEE">
        <w:rPr>
          <w:rFonts w:ascii="Times New Roman" w:hAnsi="Times New Roman" w:cs="Times New Roman"/>
          <w:i/>
          <w:sz w:val="24"/>
          <w:szCs w:val="24"/>
        </w:rPr>
        <w:t xml:space="preserve"> 5/26)</w:t>
      </w:r>
      <w:r w:rsidRPr="00EC01B0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EC01B0">
        <w:rPr>
          <w:rFonts w:ascii="Times New Roman" w:hAnsi="Times New Roman" w:cs="Times New Roman"/>
          <w:i/>
          <w:sz w:val="24"/>
          <w:szCs w:val="24"/>
        </w:rPr>
        <w:t>podnosim</w:t>
      </w:r>
      <w:proofErr w:type="spellEnd"/>
      <w:r w:rsidRPr="00EC01B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01B0">
        <w:rPr>
          <w:rFonts w:ascii="Times New Roman" w:hAnsi="Times New Roman" w:cs="Times New Roman"/>
          <w:i/>
          <w:sz w:val="24"/>
          <w:szCs w:val="24"/>
        </w:rPr>
        <w:t>zahtjev</w:t>
      </w:r>
      <w:proofErr w:type="spellEnd"/>
      <w:r w:rsidRPr="00EC01B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01B0">
        <w:rPr>
          <w:rFonts w:ascii="Times New Roman" w:hAnsi="Times New Roman" w:cs="Times New Roman"/>
          <w:i/>
          <w:sz w:val="24"/>
          <w:szCs w:val="24"/>
        </w:rPr>
        <w:t>za</w:t>
      </w:r>
      <w:proofErr w:type="spellEnd"/>
      <w:r w:rsidRPr="00EC01B0">
        <w:rPr>
          <w:rFonts w:ascii="Times New Roman" w:hAnsi="Times New Roman" w:cs="Times New Roman"/>
          <w:i/>
          <w:sz w:val="24"/>
          <w:szCs w:val="24"/>
        </w:rPr>
        <w:t xml:space="preserve"> izdavanje prethodne pisane suglasnosti za izvođenje radova uređenja grobnog mjesta.</w:t>
      </w:r>
    </w:p>
    <w:p w:rsidR="00E17ECC" w:rsidRPr="00EC01B0" w:rsidRDefault="00EC01B0">
      <w:pPr>
        <w:spacing w:before="240" w:after="120"/>
        <w:rPr>
          <w:rFonts w:ascii="Times New Roman" w:hAnsi="Times New Roman" w:cs="Times New Roman"/>
          <w:sz w:val="24"/>
          <w:szCs w:val="24"/>
        </w:rPr>
      </w:pPr>
      <w:r w:rsidRPr="00EC01B0">
        <w:rPr>
          <w:rFonts w:ascii="Times New Roman" w:hAnsi="Times New Roman" w:cs="Times New Roman"/>
          <w:b/>
          <w:sz w:val="24"/>
          <w:szCs w:val="24"/>
        </w:rPr>
        <w:t>Podaci o grobnom mjestu:</w:t>
      </w:r>
    </w:p>
    <w:p w:rsidR="00E17ECC" w:rsidRPr="00EC01B0" w:rsidRDefault="00EC01B0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EC01B0">
        <w:rPr>
          <w:rFonts w:ascii="Times New Roman" w:hAnsi="Times New Roman" w:cs="Times New Roman"/>
          <w:sz w:val="24"/>
          <w:szCs w:val="24"/>
        </w:rPr>
        <w:t>Mjesno groblje (lokacija): ____________________________________</w:t>
      </w:r>
    </w:p>
    <w:p w:rsidR="00E17ECC" w:rsidRPr="00EC01B0" w:rsidRDefault="00EC01B0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EC01B0">
        <w:rPr>
          <w:rFonts w:ascii="Times New Roman" w:hAnsi="Times New Roman" w:cs="Times New Roman"/>
          <w:sz w:val="24"/>
          <w:szCs w:val="24"/>
        </w:rPr>
        <w:t>Polje / Odjel: _________ | Red: _________ | Broj grobnog mjesta: _________</w:t>
      </w:r>
    </w:p>
    <w:p w:rsidR="00E17ECC" w:rsidRPr="00EC01B0" w:rsidRDefault="00EC01B0">
      <w:pPr>
        <w:spacing w:after="240"/>
        <w:rPr>
          <w:rFonts w:ascii="Times New Roman" w:hAnsi="Times New Roman" w:cs="Times New Roman"/>
          <w:sz w:val="24"/>
          <w:szCs w:val="24"/>
        </w:rPr>
      </w:pPr>
      <w:r w:rsidRPr="00EC01B0">
        <w:rPr>
          <w:rFonts w:ascii="Times New Roman" w:hAnsi="Times New Roman" w:cs="Times New Roman"/>
          <w:sz w:val="24"/>
          <w:szCs w:val="24"/>
        </w:rPr>
        <w:t>Ime i prezime pokojnika (upisanog u grobnu evidenciju): ____________________________________</w:t>
      </w:r>
    </w:p>
    <w:p w:rsidR="00E17ECC" w:rsidRPr="00EC01B0" w:rsidRDefault="00EC01B0">
      <w:pPr>
        <w:spacing w:before="240" w:after="120"/>
        <w:rPr>
          <w:rFonts w:ascii="Times New Roman" w:hAnsi="Times New Roman" w:cs="Times New Roman"/>
          <w:sz w:val="24"/>
          <w:szCs w:val="24"/>
        </w:rPr>
      </w:pPr>
      <w:r w:rsidRPr="00EC01B0">
        <w:rPr>
          <w:rFonts w:ascii="Times New Roman" w:hAnsi="Times New Roman" w:cs="Times New Roman"/>
          <w:b/>
          <w:sz w:val="24"/>
          <w:szCs w:val="24"/>
        </w:rPr>
        <w:t xml:space="preserve">Opis planiranih radova (označiti </w:t>
      </w:r>
      <w:proofErr w:type="gramStart"/>
      <w:r w:rsidRPr="00EC01B0">
        <w:rPr>
          <w:rFonts w:ascii="Times New Roman" w:hAnsi="Times New Roman" w:cs="Times New Roman"/>
          <w:b/>
          <w:sz w:val="24"/>
          <w:szCs w:val="24"/>
        </w:rPr>
        <w:t>ili</w:t>
      </w:r>
      <w:proofErr w:type="gramEnd"/>
      <w:r w:rsidRPr="00EC01B0">
        <w:rPr>
          <w:rFonts w:ascii="Times New Roman" w:hAnsi="Times New Roman" w:cs="Times New Roman"/>
          <w:b/>
          <w:sz w:val="24"/>
          <w:szCs w:val="24"/>
        </w:rPr>
        <w:t xml:space="preserve"> dopisati):</w:t>
      </w:r>
    </w:p>
    <w:p w:rsidR="00E17ECC" w:rsidRPr="00EC01B0" w:rsidRDefault="00EC01B0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EC01B0">
        <w:rPr>
          <w:rFonts w:ascii="Times New Roman" w:hAnsi="Times New Roman" w:cs="Times New Roman"/>
          <w:sz w:val="24"/>
          <w:szCs w:val="24"/>
        </w:rPr>
        <w:t>[  ] Izrada betonskog okvira i oblaganje kamenom/kulirom</w:t>
      </w:r>
    </w:p>
    <w:p w:rsidR="00E17ECC" w:rsidRPr="00EC01B0" w:rsidRDefault="00EC01B0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EC01B0">
        <w:rPr>
          <w:rFonts w:ascii="Times New Roman" w:hAnsi="Times New Roman" w:cs="Times New Roman"/>
          <w:sz w:val="24"/>
          <w:szCs w:val="24"/>
        </w:rPr>
        <w:t>[  ] Postavljanje novog nadgrobnog spomenika i natpisne ploče</w:t>
      </w:r>
    </w:p>
    <w:p w:rsidR="00E17ECC" w:rsidRPr="00EC01B0" w:rsidRDefault="00EC01B0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EC01B0">
        <w:rPr>
          <w:rFonts w:ascii="Times New Roman" w:hAnsi="Times New Roman" w:cs="Times New Roman"/>
          <w:sz w:val="24"/>
          <w:szCs w:val="24"/>
        </w:rPr>
        <w:t xml:space="preserve">[  ] Rekonstrukcija, obnova </w:t>
      </w:r>
      <w:proofErr w:type="gramStart"/>
      <w:r w:rsidRPr="00EC01B0">
        <w:rPr>
          <w:rFonts w:ascii="Times New Roman" w:hAnsi="Times New Roman" w:cs="Times New Roman"/>
          <w:sz w:val="24"/>
          <w:szCs w:val="24"/>
        </w:rPr>
        <w:t>ili</w:t>
      </w:r>
      <w:proofErr w:type="gramEnd"/>
      <w:r w:rsidRPr="00EC01B0">
        <w:rPr>
          <w:rFonts w:ascii="Times New Roman" w:hAnsi="Times New Roman" w:cs="Times New Roman"/>
          <w:sz w:val="24"/>
          <w:szCs w:val="24"/>
        </w:rPr>
        <w:t xml:space="preserve"> popravak postojećeg spomenika</w:t>
      </w:r>
    </w:p>
    <w:p w:rsidR="00E17ECC" w:rsidRDefault="00EC01B0">
      <w:pPr>
        <w:pBdr>
          <w:bottom w:val="single" w:sz="12" w:space="1" w:color="auto"/>
        </w:pBdr>
        <w:spacing w:after="120"/>
        <w:rPr>
          <w:rFonts w:ascii="Times New Roman" w:hAnsi="Times New Roman" w:cs="Times New Roman"/>
          <w:sz w:val="24"/>
          <w:szCs w:val="24"/>
        </w:rPr>
      </w:pPr>
      <w:r w:rsidRPr="00EC01B0">
        <w:rPr>
          <w:rFonts w:ascii="Times New Roman" w:hAnsi="Times New Roman" w:cs="Times New Roman"/>
          <w:sz w:val="24"/>
          <w:szCs w:val="24"/>
        </w:rPr>
        <w:t xml:space="preserve">[  ] </w:t>
      </w:r>
      <w:proofErr w:type="spellStart"/>
      <w:r w:rsidRPr="00EC01B0">
        <w:rPr>
          <w:rFonts w:ascii="Times New Roman" w:hAnsi="Times New Roman" w:cs="Times New Roman"/>
          <w:sz w:val="24"/>
          <w:szCs w:val="24"/>
        </w:rPr>
        <w:t>Ostal</w:t>
      </w:r>
      <w:r w:rsidR="00615AEE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615A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15AEE">
        <w:rPr>
          <w:rFonts w:ascii="Times New Roman" w:hAnsi="Times New Roman" w:cs="Times New Roman"/>
          <w:sz w:val="24"/>
          <w:szCs w:val="24"/>
        </w:rPr>
        <w:t>radovi</w:t>
      </w:r>
      <w:proofErr w:type="spellEnd"/>
      <w:r w:rsidR="00615AEE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615AEE">
        <w:rPr>
          <w:rFonts w:ascii="Times New Roman" w:hAnsi="Times New Roman" w:cs="Times New Roman"/>
          <w:sz w:val="24"/>
          <w:szCs w:val="24"/>
        </w:rPr>
        <w:t>detaljan</w:t>
      </w:r>
      <w:proofErr w:type="spellEnd"/>
      <w:r w:rsidR="00615A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15AEE">
        <w:rPr>
          <w:rFonts w:ascii="Times New Roman" w:hAnsi="Times New Roman" w:cs="Times New Roman"/>
          <w:sz w:val="24"/>
          <w:szCs w:val="24"/>
        </w:rPr>
        <w:t>opis</w:t>
      </w:r>
      <w:proofErr w:type="spellEnd"/>
      <w:r w:rsidR="00615AEE">
        <w:rPr>
          <w:rFonts w:ascii="Times New Roman" w:hAnsi="Times New Roman" w:cs="Times New Roman"/>
          <w:sz w:val="24"/>
          <w:szCs w:val="24"/>
        </w:rPr>
        <w:t>):</w:t>
      </w:r>
    </w:p>
    <w:p w:rsidR="00615AEE" w:rsidRDefault="00615AEE">
      <w:pPr>
        <w:pBdr>
          <w:bottom w:val="single" w:sz="12" w:space="1" w:color="auto"/>
        </w:pBdr>
        <w:spacing w:after="120"/>
        <w:rPr>
          <w:rFonts w:ascii="Times New Roman" w:hAnsi="Times New Roman" w:cs="Times New Roman"/>
          <w:sz w:val="24"/>
          <w:szCs w:val="24"/>
        </w:rPr>
      </w:pPr>
    </w:p>
    <w:p w:rsidR="00615AEE" w:rsidRDefault="00615AEE">
      <w:pPr>
        <w:pBdr>
          <w:bottom w:val="single" w:sz="12" w:space="1" w:color="auto"/>
        </w:pBdr>
        <w:spacing w:after="120"/>
        <w:rPr>
          <w:rFonts w:ascii="Times New Roman" w:hAnsi="Times New Roman" w:cs="Times New Roman"/>
          <w:sz w:val="24"/>
          <w:szCs w:val="24"/>
        </w:rPr>
      </w:pPr>
    </w:p>
    <w:p w:rsidR="00615AEE" w:rsidRDefault="00615AEE">
      <w:pPr>
        <w:pBdr>
          <w:bottom w:val="single" w:sz="12" w:space="1" w:color="auto"/>
        </w:pBdr>
        <w:spacing w:after="120"/>
        <w:rPr>
          <w:rFonts w:ascii="Times New Roman" w:hAnsi="Times New Roman" w:cs="Times New Roman"/>
          <w:sz w:val="24"/>
          <w:szCs w:val="24"/>
        </w:rPr>
      </w:pPr>
    </w:p>
    <w:p w:rsidR="00615AEE" w:rsidRDefault="00615AEE">
      <w:pPr>
        <w:pBdr>
          <w:bottom w:val="single" w:sz="12" w:space="1" w:color="auto"/>
        </w:pBdr>
        <w:spacing w:after="120"/>
        <w:rPr>
          <w:rFonts w:ascii="Times New Roman" w:hAnsi="Times New Roman" w:cs="Times New Roman"/>
          <w:sz w:val="24"/>
          <w:szCs w:val="24"/>
        </w:rPr>
      </w:pPr>
    </w:p>
    <w:p w:rsidR="00615AEE" w:rsidRPr="00EC01B0" w:rsidRDefault="00615AEE">
      <w:pPr>
        <w:spacing w:after="240"/>
        <w:rPr>
          <w:rFonts w:ascii="Times New Roman" w:hAnsi="Times New Roman" w:cs="Times New Roman"/>
          <w:sz w:val="24"/>
          <w:szCs w:val="24"/>
        </w:rPr>
      </w:pPr>
    </w:p>
    <w:p w:rsidR="00E17ECC" w:rsidRPr="00EC01B0" w:rsidRDefault="00EC01B0">
      <w:pPr>
        <w:spacing w:before="240" w:after="120"/>
        <w:rPr>
          <w:rFonts w:ascii="Times New Roman" w:hAnsi="Times New Roman" w:cs="Times New Roman"/>
          <w:sz w:val="24"/>
          <w:szCs w:val="24"/>
        </w:rPr>
      </w:pPr>
      <w:r w:rsidRPr="00EC01B0">
        <w:rPr>
          <w:rFonts w:ascii="Times New Roman" w:hAnsi="Times New Roman" w:cs="Times New Roman"/>
          <w:b/>
          <w:sz w:val="24"/>
          <w:szCs w:val="24"/>
        </w:rPr>
        <w:t>Podaci o izvođaču radova:</w:t>
      </w:r>
    </w:p>
    <w:p w:rsidR="00E17ECC" w:rsidRPr="00EC01B0" w:rsidRDefault="00EC01B0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EC01B0">
        <w:rPr>
          <w:rFonts w:ascii="Times New Roman" w:hAnsi="Times New Roman" w:cs="Times New Roman"/>
          <w:sz w:val="24"/>
          <w:szCs w:val="24"/>
        </w:rPr>
        <w:t>Naziv obrtnika / tvrtke: ____________________________________</w:t>
      </w:r>
    </w:p>
    <w:p w:rsidR="00E17ECC" w:rsidRPr="00EC01B0" w:rsidRDefault="00EC01B0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EC01B0">
        <w:rPr>
          <w:rFonts w:ascii="Times New Roman" w:hAnsi="Times New Roman" w:cs="Times New Roman"/>
          <w:sz w:val="24"/>
          <w:szCs w:val="24"/>
        </w:rPr>
        <w:t>Adresa i sjedište izvođača: ____________________________________</w:t>
      </w:r>
    </w:p>
    <w:p w:rsidR="00E17ECC" w:rsidRPr="00EC01B0" w:rsidRDefault="00EC01B0">
      <w:pPr>
        <w:spacing w:after="240"/>
        <w:rPr>
          <w:rFonts w:ascii="Times New Roman" w:hAnsi="Times New Roman" w:cs="Times New Roman"/>
          <w:sz w:val="24"/>
          <w:szCs w:val="24"/>
        </w:rPr>
      </w:pPr>
      <w:r w:rsidRPr="00EC01B0">
        <w:rPr>
          <w:rFonts w:ascii="Times New Roman" w:hAnsi="Times New Roman" w:cs="Times New Roman"/>
          <w:sz w:val="24"/>
          <w:szCs w:val="24"/>
        </w:rPr>
        <w:t>OIB izvođača: ____________________ | Telefon/Mobitel: ____________________</w:t>
      </w:r>
    </w:p>
    <w:p w:rsidR="00E17ECC" w:rsidRPr="00EC01B0" w:rsidRDefault="00EC01B0">
      <w:pPr>
        <w:spacing w:before="240" w:after="120"/>
        <w:rPr>
          <w:rFonts w:ascii="Times New Roman" w:hAnsi="Times New Roman" w:cs="Times New Roman"/>
          <w:sz w:val="24"/>
          <w:szCs w:val="24"/>
        </w:rPr>
      </w:pPr>
      <w:r w:rsidRPr="00EC01B0">
        <w:rPr>
          <w:rFonts w:ascii="Times New Roman" w:hAnsi="Times New Roman" w:cs="Times New Roman"/>
          <w:b/>
          <w:sz w:val="24"/>
          <w:szCs w:val="24"/>
        </w:rPr>
        <w:t>IZJAVA IZVOĐAČA RADOVA:</w:t>
      </w:r>
    </w:p>
    <w:p w:rsidR="00E17ECC" w:rsidRPr="00EC01B0" w:rsidRDefault="00EC01B0">
      <w:pPr>
        <w:spacing w:after="360"/>
        <w:rPr>
          <w:rFonts w:ascii="Times New Roman" w:hAnsi="Times New Roman" w:cs="Times New Roman"/>
          <w:sz w:val="24"/>
          <w:szCs w:val="24"/>
        </w:rPr>
      </w:pPr>
      <w:r w:rsidRPr="00EC01B0">
        <w:rPr>
          <w:rFonts w:ascii="Times New Roman" w:hAnsi="Times New Roman" w:cs="Times New Roman"/>
          <w:i/>
          <w:sz w:val="24"/>
          <w:szCs w:val="24"/>
        </w:rPr>
        <w:t xml:space="preserve">Potpisom ovog zahtjeva, izvođač radova se obvezuje da </w:t>
      </w:r>
      <w:proofErr w:type="gramStart"/>
      <w:r w:rsidRPr="00EC01B0">
        <w:rPr>
          <w:rFonts w:ascii="Times New Roman" w:hAnsi="Times New Roman" w:cs="Times New Roman"/>
          <w:i/>
          <w:sz w:val="24"/>
          <w:szCs w:val="24"/>
        </w:rPr>
        <w:t>će</w:t>
      </w:r>
      <w:proofErr w:type="gramEnd"/>
      <w:r w:rsidRPr="00EC01B0">
        <w:rPr>
          <w:rFonts w:ascii="Times New Roman" w:hAnsi="Times New Roman" w:cs="Times New Roman"/>
          <w:i/>
          <w:sz w:val="24"/>
          <w:szCs w:val="24"/>
        </w:rPr>
        <w:t xml:space="preserve"> radove izvoditi u skladu s odredbama Zakona o grobljima, komunalnim redom i propisanim radnim vremenom groblja. Izvođač jamči zaštitu okolnih grobnih mjesta </w:t>
      </w:r>
      <w:proofErr w:type="gramStart"/>
      <w:r w:rsidRPr="00EC01B0">
        <w:rPr>
          <w:rFonts w:ascii="Times New Roman" w:hAnsi="Times New Roman" w:cs="Times New Roman"/>
          <w:i/>
          <w:sz w:val="24"/>
          <w:szCs w:val="24"/>
        </w:rPr>
        <w:t>te</w:t>
      </w:r>
      <w:proofErr w:type="gramEnd"/>
      <w:r w:rsidRPr="00EC01B0">
        <w:rPr>
          <w:rFonts w:ascii="Times New Roman" w:hAnsi="Times New Roman" w:cs="Times New Roman"/>
          <w:i/>
          <w:sz w:val="24"/>
          <w:szCs w:val="24"/>
        </w:rPr>
        <w:t xml:space="preserve"> se obvezuje da će odmah po završetku radova očistiti gradilište i građevinski otpad zbrinuti izvan područja groblja o vlastitom trošku.</w:t>
      </w:r>
    </w:p>
    <w:p w:rsidR="00E17ECC" w:rsidRPr="00EC01B0" w:rsidRDefault="00EC01B0">
      <w:pPr>
        <w:spacing w:after="480"/>
        <w:rPr>
          <w:rFonts w:ascii="Times New Roman" w:hAnsi="Times New Roman" w:cs="Times New Roman"/>
          <w:sz w:val="24"/>
          <w:szCs w:val="24"/>
        </w:rPr>
      </w:pPr>
      <w:proofErr w:type="gramStart"/>
      <w:r w:rsidRPr="00EC01B0">
        <w:rPr>
          <w:rFonts w:ascii="Times New Roman" w:hAnsi="Times New Roman" w:cs="Times New Roman"/>
          <w:i/>
          <w:sz w:val="24"/>
          <w:szCs w:val="24"/>
        </w:rPr>
        <w:t>M.P.</w:t>
      </w:r>
      <w:proofErr w:type="gramEnd"/>
      <w:r w:rsidRPr="00EC01B0">
        <w:rPr>
          <w:rFonts w:ascii="Times New Roman" w:hAnsi="Times New Roman" w:cs="Times New Roman"/>
          <w:i/>
          <w:sz w:val="24"/>
          <w:szCs w:val="24"/>
        </w:rPr>
        <w:t xml:space="preserve">  ____________________________________</w:t>
      </w:r>
      <w:proofErr w:type="gramStart"/>
      <w:r w:rsidRPr="00EC01B0">
        <w:rPr>
          <w:rFonts w:ascii="Times New Roman" w:hAnsi="Times New Roman" w:cs="Times New Roman"/>
          <w:i/>
          <w:sz w:val="24"/>
          <w:szCs w:val="24"/>
        </w:rPr>
        <w:t>_</w:t>
      </w:r>
      <w:proofErr w:type="gramEnd"/>
      <w:r w:rsidRPr="00EC01B0">
        <w:rPr>
          <w:rFonts w:ascii="Times New Roman" w:hAnsi="Times New Roman" w:cs="Times New Roman"/>
          <w:i/>
          <w:sz w:val="24"/>
          <w:szCs w:val="24"/>
        </w:rPr>
        <w:br/>
        <w:t>(Potpis i pečat izvođača radova)</w:t>
      </w:r>
    </w:p>
    <w:p w:rsidR="00E17ECC" w:rsidRPr="00EC01B0" w:rsidRDefault="00EC01B0">
      <w:pPr>
        <w:spacing w:before="240" w:after="120"/>
        <w:rPr>
          <w:rFonts w:ascii="Times New Roman" w:hAnsi="Times New Roman" w:cs="Times New Roman"/>
          <w:sz w:val="24"/>
          <w:szCs w:val="24"/>
        </w:rPr>
      </w:pPr>
      <w:r w:rsidRPr="00EC01B0">
        <w:rPr>
          <w:rFonts w:ascii="Times New Roman" w:hAnsi="Times New Roman" w:cs="Times New Roman"/>
          <w:b/>
          <w:sz w:val="24"/>
          <w:szCs w:val="24"/>
        </w:rPr>
        <w:t>Obvezni prilozi uz zahtjev (prema Zakonu o grobljima):</w:t>
      </w:r>
    </w:p>
    <w:p w:rsidR="00E17ECC" w:rsidRPr="00EC01B0" w:rsidRDefault="00EC01B0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EC01B0">
        <w:rPr>
          <w:rFonts w:ascii="Times New Roman" w:hAnsi="Times New Roman" w:cs="Times New Roman"/>
          <w:sz w:val="24"/>
          <w:szCs w:val="24"/>
        </w:rPr>
        <w:t xml:space="preserve">1. Dva (2) primjerka nacrta </w:t>
      </w:r>
      <w:proofErr w:type="gramStart"/>
      <w:r w:rsidRPr="00EC01B0">
        <w:rPr>
          <w:rFonts w:ascii="Times New Roman" w:hAnsi="Times New Roman" w:cs="Times New Roman"/>
          <w:sz w:val="24"/>
          <w:szCs w:val="24"/>
        </w:rPr>
        <w:t>ili</w:t>
      </w:r>
      <w:proofErr w:type="gramEnd"/>
      <w:r w:rsidRPr="00EC01B0">
        <w:rPr>
          <w:rFonts w:ascii="Times New Roman" w:hAnsi="Times New Roman" w:cs="Times New Roman"/>
          <w:sz w:val="24"/>
          <w:szCs w:val="24"/>
        </w:rPr>
        <w:t xml:space="preserve"> skice gradnje/opremanja s točnim dimenzijama i izgledom natpisa.</w:t>
      </w:r>
    </w:p>
    <w:p w:rsidR="00E17ECC" w:rsidRPr="00EC01B0" w:rsidRDefault="00EC01B0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EC01B0">
        <w:rPr>
          <w:rFonts w:ascii="Times New Roman" w:hAnsi="Times New Roman" w:cs="Times New Roman"/>
          <w:sz w:val="24"/>
          <w:szCs w:val="24"/>
        </w:rPr>
        <w:t xml:space="preserve">2. Dokaz o pravu korištenja grobnog mjesta (preslika rješenja </w:t>
      </w:r>
      <w:proofErr w:type="gramStart"/>
      <w:r w:rsidRPr="00EC01B0">
        <w:rPr>
          <w:rFonts w:ascii="Times New Roman" w:hAnsi="Times New Roman" w:cs="Times New Roman"/>
          <w:sz w:val="24"/>
          <w:szCs w:val="24"/>
        </w:rPr>
        <w:t>ili</w:t>
      </w:r>
      <w:proofErr w:type="gramEnd"/>
      <w:r w:rsidRPr="00EC01B0">
        <w:rPr>
          <w:rFonts w:ascii="Times New Roman" w:hAnsi="Times New Roman" w:cs="Times New Roman"/>
          <w:sz w:val="24"/>
          <w:szCs w:val="24"/>
        </w:rPr>
        <w:t xml:space="preserve"> uplatnice).</w:t>
      </w:r>
    </w:p>
    <w:p w:rsidR="00E17ECC" w:rsidRPr="00EC01B0" w:rsidRDefault="00EC01B0">
      <w:pPr>
        <w:spacing w:after="480"/>
        <w:rPr>
          <w:rFonts w:ascii="Times New Roman" w:hAnsi="Times New Roman" w:cs="Times New Roman"/>
          <w:sz w:val="24"/>
          <w:szCs w:val="24"/>
        </w:rPr>
      </w:pPr>
      <w:r w:rsidRPr="00EC01B0">
        <w:rPr>
          <w:rFonts w:ascii="Times New Roman" w:hAnsi="Times New Roman" w:cs="Times New Roman"/>
          <w:sz w:val="24"/>
          <w:szCs w:val="24"/>
        </w:rPr>
        <w:t xml:space="preserve">3. Pisana suglasnost ostalih sukorisnika (ukoliko je grobno mjesto dodijeljeno </w:t>
      </w:r>
      <w:proofErr w:type="gramStart"/>
      <w:r w:rsidRPr="00EC01B0">
        <w:rPr>
          <w:rFonts w:ascii="Times New Roman" w:hAnsi="Times New Roman" w:cs="Times New Roman"/>
          <w:sz w:val="24"/>
          <w:szCs w:val="24"/>
        </w:rPr>
        <w:t>na</w:t>
      </w:r>
      <w:proofErr w:type="gramEnd"/>
      <w:r w:rsidRPr="00EC01B0">
        <w:rPr>
          <w:rFonts w:ascii="Times New Roman" w:hAnsi="Times New Roman" w:cs="Times New Roman"/>
          <w:sz w:val="24"/>
          <w:szCs w:val="24"/>
        </w:rPr>
        <w:t xml:space="preserve"> više korisnika).</w:t>
      </w:r>
    </w:p>
    <w:p w:rsidR="00E17ECC" w:rsidRPr="00EC01B0" w:rsidRDefault="00EC01B0">
      <w:pPr>
        <w:spacing w:before="480"/>
        <w:rPr>
          <w:rFonts w:ascii="Times New Roman" w:hAnsi="Times New Roman" w:cs="Times New Roman"/>
          <w:sz w:val="24"/>
          <w:szCs w:val="24"/>
        </w:rPr>
      </w:pPr>
      <w:r w:rsidRPr="00EC01B0">
        <w:rPr>
          <w:rFonts w:ascii="Times New Roman" w:hAnsi="Times New Roman" w:cs="Times New Roman"/>
          <w:sz w:val="24"/>
          <w:szCs w:val="24"/>
        </w:rPr>
        <w:t xml:space="preserve">U Viškovcima, </w:t>
      </w:r>
      <w:proofErr w:type="gramStart"/>
      <w:r w:rsidRPr="00EC01B0">
        <w:rPr>
          <w:rFonts w:ascii="Times New Roman" w:hAnsi="Times New Roman" w:cs="Times New Roman"/>
          <w:sz w:val="24"/>
          <w:szCs w:val="24"/>
        </w:rPr>
        <w:t>dana</w:t>
      </w:r>
      <w:proofErr w:type="gramEnd"/>
      <w:r w:rsidRPr="00EC01B0">
        <w:rPr>
          <w:rFonts w:ascii="Times New Roman" w:hAnsi="Times New Roman" w:cs="Times New Roman"/>
          <w:sz w:val="24"/>
          <w:szCs w:val="24"/>
        </w:rPr>
        <w:t xml:space="preserve"> __________________ godine.           </w:t>
      </w:r>
      <w:r w:rsidRPr="00EC01B0">
        <w:rPr>
          <w:rFonts w:ascii="Times New Roman" w:hAnsi="Times New Roman" w:cs="Times New Roman"/>
          <w:b/>
          <w:sz w:val="24"/>
          <w:szCs w:val="24"/>
        </w:rPr>
        <w:t>_____________________________________</w:t>
      </w:r>
      <w:r w:rsidRPr="00EC01B0">
        <w:rPr>
          <w:rFonts w:ascii="Times New Roman" w:hAnsi="Times New Roman" w:cs="Times New Roman"/>
          <w:b/>
          <w:sz w:val="24"/>
          <w:szCs w:val="24"/>
        </w:rPr>
        <w:br/>
        <w:t xml:space="preserve">                                                                               (Potpis podnositelja zahtjeva)</w:t>
      </w:r>
    </w:p>
    <w:sectPr w:rsidR="00E17ECC" w:rsidRPr="00EC01B0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615AEE"/>
    <w:rsid w:val="00AA1D8D"/>
    <w:rsid w:val="00B47730"/>
    <w:rsid w:val="00CB0664"/>
    <w:rsid w:val="00E17ECC"/>
    <w:rsid w:val="00EC01B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02D0545-3765-40F0-A444-853DD59525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362</Words>
  <Characters>2066</Characters>
  <Application>Microsoft Office Word</Application>
  <DocSecurity>0</DocSecurity>
  <Lines>17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2424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korisnik</cp:lastModifiedBy>
  <cp:revision>3</cp:revision>
  <cp:lastPrinted>2026-10-22T12:14:00Z</cp:lastPrinted>
  <dcterms:created xsi:type="dcterms:W3CDTF">2026-10-22T12:16:00Z</dcterms:created>
  <dcterms:modified xsi:type="dcterms:W3CDTF">2026-10-22T12:26:00Z</dcterms:modified>
</cp:coreProperties>
</file>